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sz w:val="40"/>
        </w:rPr>
        <w:t>[Your Name]</w:t>
      </w:r>
    </w:p>
    <w:p>
      <w:pPr>
        <w:spacing w:after="160"/>
        <w:jc w:val="center"/>
      </w:pPr>
      <w:r>
        <w:rPr>
          <w:rFonts w:ascii="Calibri" w:hAnsi="Calibri"/>
          <w:color w:val="6F6259"/>
          <w:sz w:val="19"/>
        </w:rPr>
        <w:t>[City, State] | [email@example.com] | [LinkedIn] | [GitHub]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PROFESSIONAL SUMMARY</w:t>
      </w:r>
    </w:p>
    <w:p>
      <w:pPr>
        <w:spacing w:after="40"/>
      </w:pPr>
      <w:r>
        <w:rPr>
          <w:rFonts w:ascii="Calibri" w:hAnsi="Calibri"/>
          <w:b w:val="0"/>
          <w:i w:val="0"/>
          <w:sz w:val="21"/>
        </w:rPr>
        <w:t>Recent computer science graduate targeting entry-level software engineering roles. Built practical projects in Python and JavaScript involving APIs, databases, and testing, with a focus on clean code, documentation, and measurable outcomes.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SKILLS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Languages: </w:t>
      </w:r>
      <w:r>
        <w:rPr>
          <w:rFonts w:ascii="Calibri" w:hAnsi="Calibri"/>
          <w:sz w:val="21"/>
        </w:rPr>
        <w:t>Python, JavaScript, SQL, Java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Frameworks: </w:t>
      </w:r>
      <w:r>
        <w:rPr>
          <w:rFonts w:ascii="Calibri" w:hAnsi="Calibri"/>
          <w:sz w:val="21"/>
        </w:rPr>
        <w:t>Flask / FastAPI, React basics, Node.js basics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Tools: </w:t>
      </w:r>
      <w:r>
        <w:rPr>
          <w:rFonts w:ascii="Calibri" w:hAnsi="Calibri"/>
          <w:sz w:val="21"/>
        </w:rPr>
        <w:t>Git, Docker basics, PostgreSQL, Linux, pytest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Concepts: </w:t>
      </w:r>
      <w:r>
        <w:rPr>
          <w:rFonts w:ascii="Calibri" w:hAnsi="Calibri"/>
          <w:sz w:val="21"/>
        </w:rPr>
        <w:t>data structures, REST API design, unit testing, CI basics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PROJECTS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Task Management API</w:t>
      </w:r>
      <w:r>
        <w:rPr>
          <w:rFonts w:ascii="Calibri" w:hAnsi="Calibri"/>
          <w:color w:val="6F6259"/>
          <w:sz w:val="21"/>
        </w:rPr>
        <w:tab/>
        <w:t>[GitHub link]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Designed and built a REST API with Flask, PostgreSQL, and JWT authentication, covering full CRUD workflows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Wrote unit and integration tests with pytest, reaching over 80% coverage on core endpoints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Containerized the application with Docker and documented setup steps for local development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Portfolio Website + Blog</w:t>
      </w:r>
      <w:r>
        <w:rPr>
          <w:rFonts w:ascii="Calibri" w:hAnsi="Calibri"/>
          <w:color w:val="6F6259"/>
          <w:sz w:val="21"/>
        </w:rPr>
        <w:tab/>
        <w:t>[Live link]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Built a responsive personal site with React and a static site generator, deployed on a CDN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Added a custom search and tagging system, improving content discoverability across 20+ posts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EDUCATION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[Degree], [University Name]</w:t>
      </w:r>
      <w:r>
        <w:rPr>
          <w:rFonts w:ascii="Calibri" w:hAnsi="Calibri"/>
          <w:color w:val="6F6259"/>
          <w:sz w:val="21"/>
        </w:rPr>
        <w:tab/>
        <w:t>Graduation: [Year]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