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Calibri" w:hAnsi="Calibri"/>
          <w:b/>
          <w:sz w:val="40"/>
        </w:rPr>
        <w:t>[Your Name]</w:t>
      </w:r>
    </w:p>
    <w:p>
      <w:pPr>
        <w:spacing w:after="160"/>
        <w:jc w:val="center"/>
      </w:pPr>
      <w:r>
        <w:rPr>
          <w:rFonts w:ascii="Calibri" w:hAnsi="Calibri"/>
          <w:color w:val="6F6259"/>
          <w:sz w:val="19"/>
        </w:rPr>
        <w:t>[City, State] | [email@example.com] | [LinkedIn] | [GitHub] | [Portfolio]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PROFESSIONAL SUMMARY</w:t>
      </w:r>
    </w:p>
    <w:p>
      <w:pPr>
        <w:spacing w:after="40"/>
      </w:pPr>
      <w:r>
        <w:rPr>
          <w:rFonts w:ascii="Calibri" w:hAnsi="Calibri"/>
          <w:b w:val="0"/>
          <w:i w:val="0"/>
          <w:sz w:val="21"/>
        </w:rPr>
        <w:t>Entry-level machine learning engineer with a background in computer science and hands-on project experience in Python, data analysis, model training, and deployment workflows. Built end-to-end ML projects involving data cleaning, feature engineering, model evaluation, and API-based delivery. Seeking to apply software fundamentals and practical machine learning project experience in a full-time ML engineering role.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SKILLS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Languages: </w:t>
      </w:r>
      <w:r>
        <w:rPr>
          <w:rFonts w:ascii="Calibri" w:hAnsi="Calibri"/>
          <w:sz w:val="21"/>
        </w:rPr>
        <w:t>Python, SQL, JavaScript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ML / Data: </w:t>
      </w:r>
      <w:r>
        <w:rPr>
          <w:rFonts w:ascii="Calibri" w:hAnsi="Calibri"/>
          <w:sz w:val="21"/>
        </w:rPr>
        <w:t>scikit-learn, pandas, NumPy, Matplotlib, basic PyTorch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Engineering: </w:t>
      </w:r>
      <w:r>
        <w:rPr>
          <w:rFonts w:ascii="Calibri" w:hAnsi="Calibri"/>
          <w:sz w:val="21"/>
        </w:rPr>
        <w:t>Git, REST APIs, Jupyter, Linux, Docker basics</w:t>
      </w:r>
    </w:p>
    <w:p>
      <w:pPr>
        <w:spacing w:after="40"/>
      </w:pPr>
      <w:r>
        <w:rPr>
          <w:rFonts w:ascii="Calibri" w:hAnsi="Calibri"/>
          <w:b/>
          <w:sz w:val="21"/>
        </w:rPr>
        <w:t xml:space="preserve">Concepts: </w:t>
      </w:r>
      <w:r>
        <w:rPr>
          <w:rFonts w:ascii="Calibri" w:hAnsi="Calibri"/>
          <w:sz w:val="21"/>
        </w:rPr>
        <w:t>feature engineering, model evaluation, supervised learning, data preprocessing, deployment basics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PROJECTS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Customer Churn Prediction Pipeline</w:t>
      </w:r>
      <w:r>
        <w:rPr>
          <w:rFonts w:ascii="Calibri" w:hAnsi="Calibri"/>
          <w:color w:val="6F6259"/>
          <w:sz w:val="21"/>
        </w:rPr>
        <w:tab/>
        <w:t>[GitHub link]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Built a machine learning pipeline to predict customer churn using Python, pandas, and scikit-learn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Cleaned and transformed tabular data, engineered high-signal features, and compared multiple classification models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Improved validation F1 score by tuning hyperparameters and selecting features based on model contribution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Packaged final inference workflow into a simple API demo and documented assumptions, failure cases, and next steps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Resume Job Match Classifier</w:t>
      </w:r>
      <w:r>
        <w:rPr>
          <w:rFonts w:ascii="Calibri" w:hAnsi="Calibri"/>
          <w:color w:val="6F6259"/>
          <w:sz w:val="21"/>
        </w:rPr>
        <w:tab/>
        <w:t>[GitHub link]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Created a classification workflow that maps resume features to target job categories using NLP preprocessing and feature extraction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Designed a rule-plus-model baseline to improve explainability for non-technical reviewers</w:t>
      </w:r>
    </w:p>
    <w:p>
      <w:pPr>
        <w:pStyle w:val="ListBullet"/>
        <w:spacing w:after="40"/>
      </w:pPr>
      <w:r>
        <w:rPr>
          <w:rFonts w:ascii="Calibri" w:hAnsi="Calibri"/>
          <w:sz w:val="21"/>
        </w:rPr>
        <w:t>Evaluated model outputs against manually labeled samples and wrote clear analysis of false positives and edge cases</w:t>
      </w:r>
    </w:p>
    <w:p>
      <w:pPr>
        <w:spacing w:before="200" w:after="80"/>
        <w:pBdr>
          <w:bottom w:val="single" w:sz="6" w:space="2" w:color="999999"/>
        </w:pBdr>
      </w:pPr>
      <w:r>
        <w:rPr>
          <w:rFonts w:ascii="Calibri" w:hAnsi="Calibri"/>
          <w:b/>
          <w:color w:val="1F1A17"/>
          <w:sz w:val="22"/>
          <w:spacing w:val="20"/>
        </w:rPr>
        <w:t>EDUCATION</w:t>
      </w:r>
    </w:p>
    <w:p>
      <w:pPr>
        <w:tabs>
          <w:tab w:pos="10224" w:val="right"/>
        </w:tabs>
        <w:spacing w:after="40"/>
      </w:pPr>
      <w:r>
        <w:rPr>
          <w:rFonts w:ascii="Calibri" w:hAnsi="Calibri"/>
          <w:b/>
          <w:sz w:val="21"/>
        </w:rPr>
        <w:t>[Degree, e.g. B.S. in Computer Science], [University Name]</w:t>
      </w:r>
      <w:r>
        <w:rPr>
          <w:rFonts w:ascii="Calibri" w:hAnsi="Calibri"/>
          <w:color w:val="6F6259"/>
          <w:sz w:val="21"/>
        </w:rPr>
        <w:tab/>
        <w:t>Graduation: [Year]</w:t>
      </w:r>
    </w:p>
    <w:sectPr w:rsidR="00FC693F" w:rsidRPr="0006063C" w:rsidSect="00034616">
      <w:pgSz w:w="12240" w:h="15840"/>
      <w:pgMar w:top="864" w:right="1152" w:bottom="864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