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sz w:val="40"/>
        </w:rPr>
        <w:t>[Your Name]</w:t>
      </w:r>
    </w:p>
    <w:p>
      <w:pPr>
        <w:spacing w:after="160"/>
        <w:jc w:val="center"/>
      </w:pPr>
      <w:r>
        <w:rPr>
          <w:rFonts w:ascii="Calibri" w:hAnsi="Calibri"/>
          <w:color w:val="6F6259"/>
          <w:sz w:val="19"/>
        </w:rPr>
        <w:t>[City, State] | [email@example.com] | [LinkedIn] | [GitHub] | [Kaggle]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PROFESSIONAL SUMMARY</w:t>
      </w:r>
    </w:p>
    <w:p>
      <w:pPr>
        <w:spacing w:after="40"/>
      </w:pPr>
      <w:r>
        <w:rPr>
          <w:rFonts w:ascii="Calibri" w:hAnsi="Calibri"/>
          <w:b w:val="0"/>
          <w:i w:val="0"/>
          <w:sz w:val="21"/>
        </w:rPr>
        <w:t>Entry-level data scientist with a background in statistics and hands-on project experience in Python, SQL, and end-to-end analysis workflows. Turned messy datasets into clear findings and decision-ready reporting for class projects and self-directed work.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SKILLS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Languages: </w:t>
      </w:r>
      <w:r>
        <w:rPr>
          <w:rFonts w:ascii="Calibri" w:hAnsi="Calibri"/>
          <w:sz w:val="21"/>
        </w:rPr>
        <w:t>Python, SQL, R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Analysis: </w:t>
      </w:r>
      <w:r>
        <w:rPr>
          <w:rFonts w:ascii="Calibri" w:hAnsi="Calibri"/>
          <w:sz w:val="21"/>
        </w:rPr>
        <w:t>pandas, NumPy, scikit-learn, Matplotlib, Seaborn, Excel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Workflow: </w:t>
      </w:r>
      <w:r>
        <w:rPr>
          <w:rFonts w:ascii="Calibri" w:hAnsi="Calibri"/>
          <w:sz w:val="21"/>
        </w:rPr>
        <w:t>Jupyter, Git, data cleaning, EDA, A/B test basics, dashboarding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Concepts: </w:t>
      </w:r>
      <w:r>
        <w:rPr>
          <w:rFonts w:ascii="Calibri" w:hAnsi="Calibri"/>
          <w:sz w:val="21"/>
        </w:rPr>
        <w:t>regression, classification, clustering, statistical testing, data storytelling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PROJECTS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Retail Sales Analysis Dashboard</w:t>
      </w:r>
      <w:r>
        <w:rPr>
          <w:rFonts w:ascii="Calibri" w:hAnsi="Calibri"/>
          <w:color w:val="6F6259"/>
          <w:sz w:val="21"/>
        </w:rPr>
        <w:tab/>
        <w:t>[GitHub link]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Analyzed 100K+ rows of retail transaction data to identify revenue trends, seasonality, and underperforming categories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Built reusable cleaning and aggregation pipelines in pandas, cutting repeated analysis time across weekly updates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Presented findings as charts and a written brief that translated metrics into pricing and inventory recommendations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Customer Segmentation Study</w:t>
      </w:r>
      <w:r>
        <w:rPr>
          <w:rFonts w:ascii="Calibri" w:hAnsi="Calibri"/>
          <w:color w:val="6F6259"/>
          <w:sz w:val="21"/>
        </w:rPr>
        <w:tab/>
        <w:t>[GitHub link]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Applied clustering techniques to transaction data to group customers by behavior and value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Validated segment stability across multiple runs and summarized segment profiles for non-technical readers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EDUCATION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[Degree, e.g. B.S. in Statistics], [University Name]</w:t>
      </w:r>
      <w:r>
        <w:rPr>
          <w:rFonts w:ascii="Calibri" w:hAnsi="Calibri"/>
          <w:color w:val="6F6259"/>
          <w:sz w:val="21"/>
        </w:rPr>
        <w:tab/>
        <w:t>Graduation: [Year]</w:t>
      </w:r>
    </w:p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